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法定代表人身份证明书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×××（写明姓名）在我单位担任×××（写明职务），系我单位的法定代表人。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特此证明。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附：法定代表人身份证复印件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单位名称（盖章）：×××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