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SimSun" w:hAnsi="SimSun"/>
          <w:b/>
          <w:sz w:val="44"/>
        </w:rPr>
        <w:t>还款计划书</w:t>
      </w:r>
    </w:p>
    <w:p/>
    <w:p>
      <w:pPr>
        <w:spacing w:line="360" w:lineRule="auto"/>
        <w:ind w:firstLine="420"/>
      </w:pPr>
      <w:r>
        <w:rPr>
          <w:rFonts w:ascii="SimSun" w:hAnsi="SimSun"/>
          <w:sz w:val="24"/>
        </w:rPr>
        <w:t>本人×××（身份证号码：××××××××××××××××××），截至××××年××月××日，共欠×××（债权人）人民币（大写）××××元整（小写：￥××××.00元）。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本人承诺按以下计划分期偿还：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第一期：××××年××月××日前偿还××××元；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第二期：××××年××月××日前偿还××××元；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第三期：××××年××月××日前偿还××××元；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……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如任何一期未按时足额偿还，全部剩余欠款视为到期，债权人有权就全部剩余欠款一并主张权利，并要求本人按未还金额的日万分之×支付逾期利息，承担实现债权的诉讼费、律师费等费用。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还款计划人（签名并按手印）：×××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××××年××月××日</w:t>
      </w:r>
    </w:p>
    <w:sectPr w:rsidR="00FC693F" w:rsidRPr="0006063C" w:rsidSect="00034616">
      <w:pgSz w:w="11906" w:h="16838"/>
      <w:pgMar w:top="1440" w:right="179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